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7303C3" w14:textId="77777777" w:rsidR="00DF0A7E" w:rsidRPr="00400CAE" w:rsidRDefault="00000000" w:rsidP="00400CAE">
      <w:pPr>
        <w:jc w:val="center"/>
        <w:rPr>
          <w:b/>
          <w:bCs/>
          <w:sz w:val="24"/>
          <w:szCs w:val="24"/>
        </w:rPr>
      </w:pPr>
      <w:r w:rsidRPr="00400CAE">
        <w:rPr>
          <w:b/>
          <w:bCs/>
          <w:sz w:val="24"/>
          <w:szCs w:val="24"/>
        </w:rPr>
        <w:t>Plantilla de Artículo Original</w:t>
      </w:r>
    </w:p>
    <w:p w14:paraId="61640CFB" w14:textId="77777777" w:rsidR="00DF0A7E" w:rsidRPr="00400CAE" w:rsidRDefault="00000000" w:rsidP="00400CAE">
      <w:pPr>
        <w:jc w:val="both"/>
        <w:rPr>
          <w:b/>
          <w:bCs/>
          <w:sz w:val="24"/>
          <w:szCs w:val="24"/>
        </w:rPr>
      </w:pPr>
      <w:r w:rsidRPr="00400CAE">
        <w:rPr>
          <w:b/>
          <w:bCs/>
          <w:sz w:val="24"/>
          <w:szCs w:val="24"/>
        </w:rPr>
        <w:t>Título del artículo</w:t>
      </w:r>
    </w:p>
    <w:p w14:paraId="5652DB6A" w14:textId="77777777" w:rsidR="00DF0A7E" w:rsidRPr="00400CAE" w:rsidRDefault="00000000" w:rsidP="00400CAE">
      <w:pPr>
        <w:jc w:val="both"/>
        <w:rPr>
          <w:sz w:val="24"/>
          <w:szCs w:val="24"/>
        </w:rPr>
      </w:pPr>
      <w:r w:rsidRPr="00400CAE">
        <w:rPr>
          <w:sz w:val="24"/>
          <w:szCs w:val="24"/>
        </w:rPr>
        <w:t xml:space="preserve">Debe tener entre 10 </w:t>
      </w:r>
      <w:proofErr w:type="gramStart"/>
      <w:r w:rsidRPr="00400CAE">
        <w:rPr>
          <w:sz w:val="24"/>
          <w:szCs w:val="24"/>
        </w:rPr>
        <w:t>a 12 palabras</w:t>
      </w:r>
      <w:proofErr w:type="gramEnd"/>
      <w:r w:rsidRPr="00400CAE">
        <w:rPr>
          <w:sz w:val="24"/>
          <w:szCs w:val="24"/>
        </w:rPr>
        <w:t>, sin abreviaciones ni subtítulos.</w:t>
      </w:r>
    </w:p>
    <w:p w14:paraId="43B8505E" w14:textId="77777777" w:rsidR="00DF0A7E" w:rsidRPr="00400CAE" w:rsidRDefault="00000000" w:rsidP="00400CAE">
      <w:pPr>
        <w:jc w:val="both"/>
        <w:rPr>
          <w:b/>
          <w:bCs/>
          <w:sz w:val="24"/>
          <w:szCs w:val="24"/>
        </w:rPr>
      </w:pPr>
      <w:r w:rsidRPr="00400CAE">
        <w:rPr>
          <w:b/>
          <w:bCs/>
          <w:sz w:val="24"/>
          <w:szCs w:val="24"/>
        </w:rPr>
        <w:t>Resumen</w:t>
      </w:r>
    </w:p>
    <w:p w14:paraId="10EFFE58" w14:textId="77777777" w:rsidR="00DF0A7E" w:rsidRPr="00400CAE" w:rsidRDefault="00000000" w:rsidP="00400CAE">
      <w:pPr>
        <w:jc w:val="both"/>
        <w:rPr>
          <w:sz w:val="24"/>
          <w:szCs w:val="24"/>
        </w:rPr>
      </w:pPr>
      <w:r w:rsidRPr="00400CAE">
        <w:rPr>
          <w:sz w:val="24"/>
          <w:szCs w:val="24"/>
        </w:rPr>
        <w:t>Incluye introducción, objetivos, metodología, resultados y conclusiones. Máximo 160 palabras.</w:t>
      </w:r>
    </w:p>
    <w:p w14:paraId="61FD216D" w14:textId="77777777" w:rsidR="00DF0A7E" w:rsidRPr="00400CAE" w:rsidRDefault="00000000" w:rsidP="00400CAE">
      <w:pPr>
        <w:jc w:val="both"/>
        <w:rPr>
          <w:b/>
          <w:bCs/>
          <w:sz w:val="24"/>
          <w:szCs w:val="24"/>
        </w:rPr>
      </w:pPr>
      <w:r w:rsidRPr="00400CAE">
        <w:rPr>
          <w:b/>
          <w:bCs/>
          <w:sz w:val="24"/>
          <w:szCs w:val="24"/>
        </w:rPr>
        <w:t>Palabras clave</w:t>
      </w:r>
    </w:p>
    <w:p w14:paraId="46F839EC" w14:textId="77777777" w:rsidR="00DF0A7E" w:rsidRPr="00400CAE" w:rsidRDefault="00000000" w:rsidP="00400CAE">
      <w:pPr>
        <w:jc w:val="both"/>
        <w:rPr>
          <w:sz w:val="24"/>
          <w:szCs w:val="24"/>
        </w:rPr>
      </w:pPr>
      <w:r w:rsidRPr="00400CAE">
        <w:rPr>
          <w:sz w:val="24"/>
          <w:szCs w:val="24"/>
        </w:rPr>
        <w:t>Debe contener entre 3 y 5 términos significativos del contenido del artículo.</w:t>
      </w:r>
    </w:p>
    <w:p w14:paraId="3BD2FF15" w14:textId="77777777" w:rsidR="00DF0A7E" w:rsidRPr="00400CAE" w:rsidRDefault="00000000" w:rsidP="00400CAE">
      <w:pPr>
        <w:jc w:val="both"/>
        <w:rPr>
          <w:b/>
          <w:bCs/>
          <w:sz w:val="24"/>
          <w:szCs w:val="24"/>
        </w:rPr>
      </w:pPr>
      <w:r w:rsidRPr="00400CAE">
        <w:rPr>
          <w:b/>
          <w:bCs/>
          <w:sz w:val="24"/>
          <w:szCs w:val="24"/>
        </w:rPr>
        <w:t>Contenido</w:t>
      </w:r>
    </w:p>
    <w:p w14:paraId="28909522" w14:textId="77777777" w:rsidR="00DF0A7E" w:rsidRPr="00400CAE" w:rsidRDefault="00000000" w:rsidP="00400CAE">
      <w:pPr>
        <w:jc w:val="both"/>
        <w:rPr>
          <w:sz w:val="24"/>
          <w:szCs w:val="24"/>
        </w:rPr>
      </w:pPr>
      <w:r w:rsidRPr="00400CAE">
        <w:rPr>
          <w:sz w:val="24"/>
          <w:szCs w:val="24"/>
        </w:rPr>
        <w:t>Introducción</w:t>
      </w:r>
    </w:p>
    <w:p w14:paraId="4DB5FE49" w14:textId="77777777" w:rsidR="00DF0A7E" w:rsidRPr="00400CAE" w:rsidRDefault="00000000" w:rsidP="00400CAE">
      <w:pPr>
        <w:jc w:val="both"/>
        <w:rPr>
          <w:sz w:val="24"/>
          <w:szCs w:val="24"/>
        </w:rPr>
      </w:pPr>
      <w:r w:rsidRPr="00400CAE">
        <w:rPr>
          <w:sz w:val="24"/>
          <w:szCs w:val="24"/>
        </w:rPr>
        <w:t>Método de revisión bibliográfica</w:t>
      </w:r>
    </w:p>
    <w:p w14:paraId="59E9148E" w14:textId="77777777" w:rsidR="00DF0A7E" w:rsidRPr="00400CAE" w:rsidRDefault="00000000" w:rsidP="00400CAE">
      <w:pPr>
        <w:jc w:val="both"/>
        <w:rPr>
          <w:sz w:val="24"/>
          <w:szCs w:val="24"/>
        </w:rPr>
      </w:pPr>
      <w:r w:rsidRPr="00400CAE">
        <w:rPr>
          <w:sz w:val="24"/>
          <w:szCs w:val="24"/>
        </w:rPr>
        <w:t>Resultados</w:t>
      </w:r>
    </w:p>
    <w:p w14:paraId="5DC663DA" w14:textId="77777777" w:rsidR="00DF0A7E" w:rsidRPr="00400CAE" w:rsidRDefault="00000000" w:rsidP="00400CAE">
      <w:pPr>
        <w:jc w:val="both"/>
        <w:rPr>
          <w:sz w:val="24"/>
          <w:szCs w:val="24"/>
        </w:rPr>
      </w:pPr>
      <w:r w:rsidRPr="00400CAE">
        <w:rPr>
          <w:sz w:val="24"/>
          <w:szCs w:val="24"/>
        </w:rPr>
        <w:t>Discusión</w:t>
      </w:r>
    </w:p>
    <w:p w14:paraId="1EF17AFD" w14:textId="77777777" w:rsidR="00DF0A7E" w:rsidRPr="00400CAE" w:rsidRDefault="00000000" w:rsidP="00400CAE">
      <w:pPr>
        <w:jc w:val="both"/>
        <w:rPr>
          <w:sz w:val="24"/>
          <w:szCs w:val="24"/>
        </w:rPr>
      </w:pPr>
      <w:r w:rsidRPr="00400CAE">
        <w:rPr>
          <w:sz w:val="24"/>
          <w:szCs w:val="24"/>
        </w:rPr>
        <w:t>Conclusiones</w:t>
      </w:r>
    </w:p>
    <w:p w14:paraId="3107F8C1" w14:textId="77777777" w:rsidR="00DF0A7E" w:rsidRPr="00400CAE" w:rsidRDefault="00000000" w:rsidP="00400CAE">
      <w:pPr>
        <w:jc w:val="both"/>
        <w:rPr>
          <w:sz w:val="24"/>
          <w:szCs w:val="24"/>
        </w:rPr>
      </w:pPr>
      <w:r w:rsidRPr="00400CAE">
        <w:rPr>
          <w:sz w:val="24"/>
          <w:szCs w:val="24"/>
        </w:rPr>
        <w:t>Referencias (APA 7).</w:t>
      </w:r>
    </w:p>
    <w:sectPr w:rsidR="00DF0A7E" w:rsidRPr="00400CAE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aconnmeros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aconnmeros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aconvietas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aconvietas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aconnmeros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947735939">
    <w:abstractNumId w:val="8"/>
  </w:num>
  <w:num w:numId="2" w16cid:durableId="1805004959">
    <w:abstractNumId w:val="6"/>
  </w:num>
  <w:num w:numId="3" w16cid:durableId="419840623">
    <w:abstractNumId w:val="5"/>
  </w:num>
  <w:num w:numId="4" w16cid:durableId="482281732">
    <w:abstractNumId w:val="4"/>
  </w:num>
  <w:num w:numId="5" w16cid:durableId="963196304">
    <w:abstractNumId w:val="7"/>
  </w:num>
  <w:num w:numId="6" w16cid:durableId="261450769">
    <w:abstractNumId w:val="3"/>
  </w:num>
  <w:num w:numId="7" w16cid:durableId="1491748205">
    <w:abstractNumId w:val="2"/>
  </w:num>
  <w:num w:numId="8" w16cid:durableId="1288967223">
    <w:abstractNumId w:val="1"/>
  </w:num>
  <w:num w:numId="9" w16cid:durableId="20512191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47730"/>
    <w:rsid w:val="00034616"/>
    <w:rsid w:val="0006063C"/>
    <w:rsid w:val="0015074B"/>
    <w:rsid w:val="0029639D"/>
    <w:rsid w:val="002F47CC"/>
    <w:rsid w:val="00326F90"/>
    <w:rsid w:val="00400CAE"/>
    <w:rsid w:val="00AA1D8D"/>
    <w:rsid w:val="00B47730"/>
    <w:rsid w:val="00CB0664"/>
    <w:rsid w:val="00DF0A7E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B88BCA5"/>
  <w14:defaultImageDpi w14:val="300"/>
  <w15:docId w15:val="{21FA6753-BD55-4187-A24D-A25081FD9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693F"/>
  </w:style>
  <w:style w:type="paragraph" w:styleId="Ttulo1">
    <w:name w:val="heading 1"/>
    <w:basedOn w:val="Normal"/>
    <w:next w:val="Normal"/>
    <w:link w:val="Ttulo1C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618BF"/>
  </w:style>
  <w:style w:type="paragraph" w:styleId="Piedepgina">
    <w:name w:val="footer"/>
    <w:basedOn w:val="Normal"/>
    <w:link w:val="PiedepginaC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618BF"/>
  </w:style>
  <w:style w:type="paragraph" w:styleId="Sinespaciado">
    <w:name w:val="No Spacing"/>
    <w:uiPriority w:val="1"/>
    <w:qFormat/>
    <w:rsid w:val="00FC693F"/>
    <w:pPr>
      <w:spacing w:after="0" w:line="240" w:lineRule="auto"/>
    </w:pPr>
  </w:style>
  <w:style w:type="character" w:customStyle="1" w:styleId="Ttulo1Car">
    <w:name w:val="Título 1 Car"/>
    <w:basedOn w:val="Fuentedeprrafopredeter"/>
    <w:link w:val="Ttulo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tulo2Car">
    <w:name w:val="Título 2 Car"/>
    <w:basedOn w:val="Fuentedeprrafopredeter"/>
    <w:link w:val="Ttulo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tulo3Car">
    <w:name w:val="Título 3 Car"/>
    <w:basedOn w:val="Fuentedeprrafopredeter"/>
    <w:link w:val="Ttulo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">
    <w:name w:val="Title"/>
    <w:basedOn w:val="Normal"/>
    <w:next w:val="Normal"/>
    <w:link w:val="TtuloC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tulo">
    <w:name w:val="Subtitle"/>
    <w:basedOn w:val="Normal"/>
    <w:next w:val="Normal"/>
    <w:link w:val="SubttuloC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Prrafodelista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Textoindependiente">
    <w:name w:val="Body Text"/>
    <w:basedOn w:val="Normal"/>
    <w:link w:val="TextoindependienteCar"/>
    <w:uiPriority w:val="99"/>
    <w:unhideWhenUsed/>
    <w:rsid w:val="00AA1D8D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AA1D8D"/>
  </w:style>
  <w:style w:type="paragraph" w:styleId="Textoindependiente2">
    <w:name w:val="Body Text 2"/>
    <w:basedOn w:val="Normal"/>
    <w:link w:val="Textoindependiente2Car"/>
    <w:uiPriority w:val="99"/>
    <w:unhideWhenUsed/>
    <w:rsid w:val="00AA1D8D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AA1D8D"/>
  </w:style>
  <w:style w:type="paragraph" w:styleId="Textoindependiente3">
    <w:name w:val="Body Text 3"/>
    <w:basedOn w:val="Normal"/>
    <w:link w:val="Textoindependiente3C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rsid w:val="00AA1D8D"/>
    <w:rPr>
      <w:sz w:val="16"/>
      <w:szCs w:val="16"/>
    </w:rPr>
  </w:style>
  <w:style w:type="paragraph" w:styleId="Lista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a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a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aconvietas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aconvietas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aconvietas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aconnmeros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aconnmeros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aconnmeros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Continuarlista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Continuarlista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Continuarlista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Textomacro">
    <w:name w:val="macro"/>
    <w:link w:val="TextomacroC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TextomacroCar">
    <w:name w:val="Texto macro Car"/>
    <w:basedOn w:val="Fuentedeprrafopredeter"/>
    <w:link w:val="Textomacro"/>
    <w:uiPriority w:val="99"/>
    <w:rsid w:val="0029639D"/>
    <w:rPr>
      <w:rFonts w:ascii="Courier" w:hAnsi="Courier"/>
      <w:sz w:val="20"/>
      <w:szCs w:val="20"/>
    </w:rPr>
  </w:style>
  <w:style w:type="paragraph" w:styleId="Cita">
    <w:name w:val="Quote"/>
    <w:basedOn w:val="Normal"/>
    <w:next w:val="Normal"/>
    <w:link w:val="CitaCar"/>
    <w:uiPriority w:val="29"/>
    <w:qFormat/>
    <w:rsid w:val="00FC693F"/>
    <w:rPr>
      <w:i/>
      <w:iCs/>
      <w:color w:val="000000" w:themeColor="text1"/>
    </w:rPr>
  </w:style>
  <w:style w:type="character" w:customStyle="1" w:styleId="CitaCar">
    <w:name w:val="Cita Car"/>
    <w:basedOn w:val="Fuentedeprrafopredeter"/>
    <w:link w:val="Cita"/>
    <w:uiPriority w:val="29"/>
    <w:rsid w:val="00FC693F"/>
    <w:rPr>
      <w:i/>
      <w:iCs/>
      <w:color w:val="000000" w:themeColor="text1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Descripci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Textoennegrita">
    <w:name w:val="Strong"/>
    <w:basedOn w:val="Fuentedeprrafopredeter"/>
    <w:uiPriority w:val="22"/>
    <w:qFormat/>
    <w:rsid w:val="00FC693F"/>
    <w:rPr>
      <w:b/>
      <w:bCs/>
    </w:rPr>
  </w:style>
  <w:style w:type="character" w:styleId="nfasis">
    <w:name w:val="Emphasis"/>
    <w:basedOn w:val="Fuentedeprrafopredeter"/>
    <w:uiPriority w:val="20"/>
    <w:qFormat/>
    <w:rsid w:val="00FC693F"/>
    <w:rPr>
      <w:i/>
      <w:iCs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FC693F"/>
    <w:rPr>
      <w:b/>
      <w:bCs/>
      <w:i/>
      <w:iCs/>
      <w:color w:val="4F81BD" w:themeColor="accent1"/>
    </w:rPr>
  </w:style>
  <w:style w:type="character" w:styleId="nfasissutil">
    <w:name w:val="Subtle Emphasis"/>
    <w:basedOn w:val="Fuentedeprrafopredeter"/>
    <w:uiPriority w:val="19"/>
    <w:qFormat/>
    <w:rsid w:val="00FC693F"/>
    <w:rPr>
      <w:i/>
      <w:iCs/>
      <w:color w:val="808080" w:themeColor="text1" w:themeTint="7F"/>
    </w:rPr>
  </w:style>
  <w:style w:type="character" w:styleId="nfasisintenso">
    <w:name w:val="Intense Emphasis"/>
    <w:basedOn w:val="Fuentedeprrafopredeter"/>
    <w:uiPriority w:val="21"/>
    <w:qFormat/>
    <w:rsid w:val="00FC693F"/>
    <w:rPr>
      <w:b/>
      <w:bCs/>
      <w:i/>
      <w:iCs/>
      <w:color w:val="4F81BD" w:themeColor="accent1"/>
    </w:rPr>
  </w:style>
  <w:style w:type="character" w:styleId="Referenciasutil">
    <w:name w:val="Subtle Reference"/>
    <w:basedOn w:val="Fuentedeprrafopredeter"/>
    <w:uiPriority w:val="31"/>
    <w:qFormat/>
    <w:rsid w:val="00FC693F"/>
    <w:rPr>
      <w:smallCaps/>
      <w:color w:val="C0504D" w:themeColor="accent2"/>
      <w:u w:val="single"/>
    </w:rPr>
  </w:style>
  <w:style w:type="character" w:styleId="Referenciaintensa">
    <w:name w:val="Intense Reference"/>
    <w:basedOn w:val="Fuentedeprrafopredeter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Ttulodellibro">
    <w:name w:val="Book Title"/>
    <w:basedOn w:val="Fuentedeprrafopredeter"/>
    <w:uiPriority w:val="33"/>
    <w:qFormat/>
    <w:rsid w:val="00FC693F"/>
    <w:rPr>
      <w:b/>
      <w:bCs/>
      <w:smallCaps/>
      <w:spacing w:val="5"/>
    </w:rPr>
  </w:style>
  <w:style w:type="paragraph" w:styleId="TtuloTDC">
    <w:name w:val="TOC Heading"/>
    <w:basedOn w:val="Ttulo1"/>
    <w:next w:val="Normal"/>
    <w:uiPriority w:val="39"/>
    <w:semiHidden/>
    <w:unhideWhenUsed/>
    <w:qFormat/>
    <w:rsid w:val="00FC693F"/>
    <w:pPr>
      <w:outlineLvl w:val="9"/>
    </w:pPr>
  </w:style>
  <w:style w:type="table" w:styleId="Tablaconcuadrcula">
    <w:name w:val="Table Grid"/>
    <w:basedOn w:val="Tabla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ombreadoclaro">
    <w:name w:val="Light Shading"/>
    <w:basedOn w:val="Tabla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Sombreadoclaro-nfasis1">
    <w:name w:val="Light Shading Accent 1"/>
    <w:basedOn w:val="Tabla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Sombreadoclaro-nfasis2">
    <w:name w:val="Light Shading Accent 2"/>
    <w:basedOn w:val="Tabla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Sombreadoclaro-nfasis3">
    <w:name w:val="Light Shading Accent 3"/>
    <w:basedOn w:val="Tabla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Sombreadoclaro-nfasis4">
    <w:name w:val="Light Shading Accent 4"/>
    <w:basedOn w:val="Tabla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Sombreadoclaro-nfasis5">
    <w:name w:val="Light Shading Accent 5"/>
    <w:basedOn w:val="Tabla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Sombreadoclaro-nfasis6">
    <w:name w:val="Light Shading Accent 6"/>
    <w:basedOn w:val="Tabla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staclara">
    <w:name w:val="Light List"/>
    <w:basedOn w:val="Tabla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staclara-nfasis1">
    <w:name w:val="Light List Accent 1"/>
    <w:basedOn w:val="Tabla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staclara-nfasis2">
    <w:name w:val="Light List Accent 2"/>
    <w:basedOn w:val="Tabla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staclara-nfasis3">
    <w:name w:val="Light List Accent 3"/>
    <w:basedOn w:val="Tabla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staclara-nfasis4">
    <w:name w:val="Light List Accent 4"/>
    <w:basedOn w:val="Tabla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staclara-nfasis5">
    <w:name w:val="Light List Accent 5"/>
    <w:basedOn w:val="Tabla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staclara-nfasis6">
    <w:name w:val="Light List Accent 6"/>
    <w:basedOn w:val="Tabla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Cuadrculaclara">
    <w:name w:val="Light Grid"/>
    <w:basedOn w:val="Tabla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Cuadrculaclara-nfasis1">
    <w:name w:val="Light Grid Accent 1"/>
    <w:basedOn w:val="Tabla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Cuadrculaclara-nfasis2">
    <w:name w:val="Light Grid Accent 2"/>
    <w:basedOn w:val="Tabla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Cuadrculaclara-nfasis3">
    <w:name w:val="Light Grid Accent 3"/>
    <w:basedOn w:val="Tabla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Cuadrculaclara-nfasis4">
    <w:name w:val="Light Grid Accent 4"/>
    <w:basedOn w:val="Tabla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Cuadrculaclara-nfasis5">
    <w:name w:val="Light Grid Accent 5"/>
    <w:basedOn w:val="Tabla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Cuadrculaclara-nfasis6">
    <w:name w:val="Light Grid Accent 6"/>
    <w:basedOn w:val="Tabla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Sombreadomedio1">
    <w:name w:val="Medium Shading 1"/>
    <w:basedOn w:val="Tabla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1">
    <w:name w:val="Medium Shading 1 Accent 1"/>
    <w:basedOn w:val="Tabla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2">
    <w:name w:val="Medium Shading 1 Accent 2"/>
    <w:basedOn w:val="Tabla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3">
    <w:name w:val="Medium Shading 1 Accent 3"/>
    <w:basedOn w:val="Tabla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4">
    <w:name w:val="Medium Shading 1 Accent 4"/>
    <w:basedOn w:val="Tabla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5">
    <w:name w:val="Medium Shading 1 Accent 5"/>
    <w:basedOn w:val="Tabla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6">
    <w:name w:val="Medium Shading 1 Accent 6"/>
    <w:basedOn w:val="Tabla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2">
    <w:name w:val="Medium Shading 2"/>
    <w:basedOn w:val="Tabla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ombreadomedio2-nfasis1">
    <w:name w:val="Medium Shading 2 Accent 1"/>
    <w:basedOn w:val="Tabla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ombreadomedio2-nfasis2">
    <w:name w:val="Medium Shading 2 Accent 2"/>
    <w:basedOn w:val="Tabla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ombreadomedio2-nfasis3">
    <w:name w:val="Medium Shading 2 Accent 3"/>
    <w:basedOn w:val="Tabla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ombreadomedio2-nfasis4">
    <w:name w:val="Medium Shading 2 Accent 4"/>
    <w:basedOn w:val="Tabla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ombreadomedio2-nfasis5">
    <w:name w:val="Medium Shading 2 Accent 5"/>
    <w:basedOn w:val="Tabla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ombreadomedio2-nfasis6">
    <w:name w:val="Medium Shading 2 Accent 6"/>
    <w:basedOn w:val="Tabla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Listamedia1">
    <w:name w:val="Medium List 1"/>
    <w:basedOn w:val="Tabla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Listamedia1-nfasis1">
    <w:name w:val="Medium List 1 Accent 1"/>
    <w:basedOn w:val="Tabla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Listamedia1-nfasis2">
    <w:name w:val="Medium List 1 Accent 2"/>
    <w:basedOn w:val="Tabla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Listamedia1-nfasis3">
    <w:name w:val="Medium List 1 Accent 3"/>
    <w:basedOn w:val="Tabla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Listamedia1-nfasis4">
    <w:name w:val="Medium List 1 Accent 4"/>
    <w:basedOn w:val="Tabla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Listamedia1-nfasis5">
    <w:name w:val="Medium List 1 Accent 5"/>
    <w:basedOn w:val="Tabla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Listamedia1-nfasis6">
    <w:name w:val="Medium List 1 Accent 6"/>
    <w:basedOn w:val="Tabla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Listamedia2">
    <w:name w:val="Medium List 2"/>
    <w:basedOn w:val="Tabla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edia2-nfasis1">
    <w:name w:val="Medium List 2 Accent 1"/>
    <w:basedOn w:val="Tabla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edia2-nfasis2">
    <w:name w:val="Medium List 2 Accent 2"/>
    <w:basedOn w:val="Tabla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edia2-nfasis3">
    <w:name w:val="Medium List 2 Accent 3"/>
    <w:basedOn w:val="Tabla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edia2-nfasis4">
    <w:name w:val="Medium List 2 Accent 4"/>
    <w:basedOn w:val="Tabla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edia2-nfasis5">
    <w:name w:val="Medium List 2 Accent 5"/>
    <w:basedOn w:val="Tabla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edia2-nfasis6">
    <w:name w:val="Medium List 2 Accent 6"/>
    <w:basedOn w:val="Tabla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Cuadrculamedia1">
    <w:name w:val="Medium Grid 1"/>
    <w:basedOn w:val="Tabla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uadrculamedia1-nfasis1">
    <w:name w:val="Medium Grid 1 Accent 1"/>
    <w:basedOn w:val="Tabla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uadrculamedia1-nfasis2">
    <w:name w:val="Medium Grid 1 Accent 2"/>
    <w:basedOn w:val="Tabla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uadrculamedia1-nfasis3">
    <w:name w:val="Medium Grid 1 Accent 3"/>
    <w:basedOn w:val="Tabla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uadrculamedia1-nfasis4">
    <w:name w:val="Medium Grid 1 Accent 4"/>
    <w:basedOn w:val="Tabla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uadrculamedia1-nfasis5">
    <w:name w:val="Medium Grid 1 Accent 5"/>
    <w:basedOn w:val="Tabla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uadrculamedia1-nfasis6">
    <w:name w:val="Medium Grid 1 Accent 6"/>
    <w:basedOn w:val="Tabla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Cuadrculamedia2">
    <w:name w:val="Medium Grid 2"/>
    <w:basedOn w:val="Tabla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2-nfasis1">
    <w:name w:val="Medium Grid 2 Accent 1"/>
    <w:basedOn w:val="Tabla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2-nfasis2">
    <w:name w:val="Medium Grid 2 Accent 2"/>
    <w:basedOn w:val="Tabla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2-nfasis3">
    <w:name w:val="Medium Grid 2 Accent 3"/>
    <w:basedOn w:val="Tabla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2-nfasis4">
    <w:name w:val="Medium Grid 2 Accent 4"/>
    <w:basedOn w:val="Tabla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2-nfasis5">
    <w:name w:val="Medium Grid 2 Accent 5"/>
    <w:basedOn w:val="Tabla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2-nfasis6">
    <w:name w:val="Medium Grid 2 Accent 6"/>
    <w:basedOn w:val="Tabla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3">
    <w:name w:val="Medium Grid 3"/>
    <w:basedOn w:val="Tabla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Cuadrculamedia3-nfasis1">
    <w:name w:val="Medium Grid 3 Accent 1"/>
    <w:basedOn w:val="Tabla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Cuadrculamedia3-nfasis2">
    <w:name w:val="Medium Grid 3 Accent 2"/>
    <w:basedOn w:val="Tabla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Cuadrculamedia3-nfasis3">
    <w:name w:val="Medium Grid 3 Accent 3"/>
    <w:basedOn w:val="Tabla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Cuadrculamedia3-nfasis4">
    <w:name w:val="Medium Grid 3 Accent 4"/>
    <w:basedOn w:val="Tabla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Cuadrculamedia3-nfasis5">
    <w:name w:val="Medium Grid 3 Accent 5"/>
    <w:basedOn w:val="Tabla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Cuadrculamedia3-nfasis6">
    <w:name w:val="Medium Grid 3 Accent 6"/>
    <w:basedOn w:val="Tabla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Listaoscura">
    <w:name w:val="Dark List"/>
    <w:basedOn w:val="Tabla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Listaoscura-nfasis1">
    <w:name w:val="Dark List Accent 1"/>
    <w:basedOn w:val="Tabla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Listaoscura-nfasis2">
    <w:name w:val="Dark List Accent 2"/>
    <w:basedOn w:val="Tabla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Listaoscura-nfasis3">
    <w:name w:val="Dark List Accent 3"/>
    <w:basedOn w:val="Tabla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Listaoscura-nfasis4">
    <w:name w:val="Dark List Accent 4"/>
    <w:basedOn w:val="Tabla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Listaoscura-nfasis5">
    <w:name w:val="Dark List Accent 5"/>
    <w:basedOn w:val="Tabla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Listaoscura-nfasis6">
    <w:name w:val="Dark List Accent 6"/>
    <w:basedOn w:val="Tabla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Sombreadovistoso">
    <w:name w:val="Colorful Shading"/>
    <w:basedOn w:val="Tabla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dovistoso-nfasis1">
    <w:name w:val="Colorful Shading Accent 1"/>
    <w:basedOn w:val="Tabla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dovistoso-nfasis2">
    <w:name w:val="Colorful Shading Accent 2"/>
    <w:basedOn w:val="Tabla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dovistoso-nfasis3">
    <w:name w:val="Colorful Shading Accent 3"/>
    <w:basedOn w:val="Tabla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Sombreadovistoso-nfasis4">
    <w:name w:val="Colorful Shading Accent 4"/>
    <w:basedOn w:val="Tabla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dovistoso-nfasis5">
    <w:name w:val="Colorful Shading Accent 5"/>
    <w:basedOn w:val="Tabla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dovistoso-nfasis6">
    <w:name w:val="Colorful Shading Accent 6"/>
    <w:basedOn w:val="Tabla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Listavistosa">
    <w:name w:val="Colorful List"/>
    <w:basedOn w:val="Tabla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avistosa-nfasis1">
    <w:name w:val="Colorful List Accent 1"/>
    <w:basedOn w:val="Tabla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avistosa-nfasis2">
    <w:name w:val="Colorful List Accent 2"/>
    <w:basedOn w:val="Tabla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avistosa-nfasis3">
    <w:name w:val="Colorful List Accent 3"/>
    <w:basedOn w:val="Tabla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avistosa-nfasis4">
    <w:name w:val="Colorful List Accent 4"/>
    <w:basedOn w:val="Tabla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avistosa-nfasis5">
    <w:name w:val="Colorful List Accent 5"/>
    <w:basedOn w:val="Tabla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avistosa-nfasis6">
    <w:name w:val="Colorful List Accent 6"/>
    <w:basedOn w:val="Tabla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uadrculavistosa">
    <w:name w:val="Colorful Grid"/>
    <w:basedOn w:val="Tabla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uadrculavistosa-nfasis1">
    <w:name w:val="Colorful Grid Accent 1"/>
    <w:basedOn w:val="Tabla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uadrculavistosa-nfasis2">
    <w:name w:val="Colorful Grid Accent 2"/>
    <w:basedOn w:val="Tabla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uadrculavistosa-nfasis3">
    <w:name w:val="Colorful Grid Accent 3"/>
    <w:basedOn w:val="Tabla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uadrculavistosa-nfasis4">
    <w:name w:val="Colorful Grid Accent 4"/>
    <w:basedOn w:val="Tabla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uadrculavistosa-nfasis5">
    <w:name w:val="Colorful Grid Accent 5"/>
    <w:basedOn w:val="Tabla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uadrculavistosa-nfasis6">
    <w:name w:val="Colorful Grid Accent 6"/>
    <w:basedOn w:val="Tabla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424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Rommy Daza Ramos</cp:lastModifiedBy>
  <cp:revision>2</cp:revision>
  <dcterms:created xsi:type="dcterms:W3CDTF">2025-05-12T21:08:00Z</dcterms:created>
  <dcterms:modified xsi:type="dcterms:W3CDTF">2025-05-12T21:08:00Z</dcterms:modified>
  <cp:category/>
</cp:coreProperties>
</file>